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5916" w14:textId="1B11561A" w:rsidR="00CC420E" w:rsidRPr="00CC420E" w:rsidRDefault="00CC420E" w:rsidP="00C10964">
      <w:pPr>
        <w:spacing w:after="200" w:line="240" w:lineRule="auto"/>
        <w:jc w:val="center"/>
        <w:rPr>
          <w:lang w:val="pt-BR"/>
        </w:rPr>
      </w:pPr>
      <w:r w:rsidRPr="00C10964">
        <w:rPr>
          <w:rFonts w:eastAsia="Times New Roman"/>
          <w:b/>
          <w:sz w:val="32"/>
          <w:szCs w:val="14"/>
          <w:lang w:val="pt-BR"/>
        </w:rPr>
        <w:t>CONTROLE DE UTILIZAÇÃO DE VEÍCULO</w:t>
      </w:r>
      <w:r>
        <w:rPr>
          <w:rFonts w:eastAsia="Times New Roman"/>
          <w:b/>
          <w:sz w:val="45"/>
          <w:lang w:val="pt-BR"/>
        </w:rPr>
        <w:br/>
      </w:r>
      <w:r>
        <w:rPr>
          <w:lang w:val="pt-BR"/>
        </w:rPr>
        <w:br/>
      </w:r>
      <w:r w:rsidR="00FA56A1">
        <w:rPr>
          <w:b/>
          <w:bCs/>
          <w:lang w:val="pt-BR"/>
        </w:rPr>
        <w:t>(CARRO)</w:t>
      </w:r>
    </w:p>
    <w:tbl>
      <w:tblPr>
        <w:tblW w:w="102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700"/>
        <w:gridCol w:w="1700"/>
        <w:gridCol w:w="3400"/>
      </w:tblGrid>
      <w:tr w:rsidR="00CC420E" w14:paraId="0BFEB35F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580F475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5D3147E6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46A02B3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09A746C3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71524F86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7DC1B9B8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733692ED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4533E9CD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739D3057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705475C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042E997F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3FD8DDD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7DC3F3F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61727F80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0092439F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0638D061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4C9ED3C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6DB35E5F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0AC35377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0265A3CC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104978FE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7D1D7F65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6BB9AA44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4CC5D8F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5D21ECC6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79854EBA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0A2A3DDE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119430B6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50F1C5EE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6FAD3841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63540B79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2A491685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02B9EAAF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23CC85D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7837F50D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15C0F367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26467DAD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795025B8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12C3F5D0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4A222B8E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316CDEF1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38B19334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0F68FF98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6D891BF4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36ACF5D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245F56BA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788EE473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1CDF098A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337DAD0E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7764B538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740E54DB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40024E29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337D51BD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69B58724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734AC6B2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1573B26C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12909E2C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5110B5A8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0915C64D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23652A67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7B186E4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4130EE68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16B58A16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4D7F255D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21C9438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6B3584A2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7FF27C18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148FB050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676BAFD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2945056D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57EDDCE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5B4117A9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14BFFDA0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7F2E3DAC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2C00F56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3BD27AD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6FF9D4D7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7BCC3A26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64DFAB6E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73C07CE4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3A84202E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79D3472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395E413F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320F2658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5E673CD5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3995939E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3A4CDEE1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  <w:tr w:rsidR="00CC420E" w14:paraId="430F01FE" w14:textId="77777777" w:rsidTr="00B2494B">
        <w:trPr>
          <w:cantSplit/>
          <w:trHeight w:val="862"/>
          <w:jc w:val="center"/>
        </w:trPr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74EEA678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02754A66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68B3E7D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  <w:tc>
          <w:tcPr>
            <w:tcW w:w="5100" w:type="dxa"/>
            <w:gridSpan w:val="2"/>
            <w:tcMar>
              <w:top w:w="30" w:type="dxa"/>
              <w:left w:w="110" w:type="dxa"/>
              <w:bottom w:w="15" w:type="dxa"/>
              <w:right w:w="70" w:type="dxa"/>
            </w:tcMar>
          </w:tcPr>
          <w:p w14:paraId="58D1490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Data:</w:t>
            </w:r>
            <w:r>
              <w:rPr>
                <w:rFonts w:eastAsia="Times New Roman"/>
              </w:rPr>
              <w:t xml:space="preserve">                  </w:t>
            </w:r>
            <w:r>
              <w:rPr>
                <w:rFonts w:eastAsia="Times New Roman"/>
                <w:b/>
              </w:rPr>
              <w:t>Hora:</w:t>
            </w:r>
            <w:r>
              <w:rPr>
                <w:rFonts w:eastAsia="Times New Roman"/>
              </w:rPr>
              <w:t xml:space="preserve">          </w:t>
            </w:r>
            <w:r>
              <w:rPr>
                <w:rFonts w:eastAsia="Times New Roman"/>
                <w:b/>
              </w:rPr>
              <w:t>KM:</w:t>
            </w:r>
          </w:p>
          <w:p w14:paraId="6FEC0F19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b/>
              </w:rPr>
              <w:t>Observações:</w:t>
            </w:r>
            <w:r>
              <w:rPr>
                <w:rFonts w:eastAsia="Times New Roman"/>
              </w:rPr>
              <w:t xml:space="preserve"> __________________________________</w:t>
            </w:r>
          </w:p>
          <w:p w14:paraId="4E0C25B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</w:rPr>
              <w:t>______________________________________________</w:t>
            </w:r>
          </w:p>
        </w:tc>
      </w:tr>
      <w:tr w:rsidR="00CC420E" w14:paraId="4DB70DAC" w14:textId="77777777" w:rsidTr="00B2494B">
        <w:trPr>
          <w:cantSplit/>
          <w:trHeight w:val="465"/>
          <w:jc w:val="center"/>
        </w:trPr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31CC4F6E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Motorista: ____________________</w:t>
            </w:r>
          </w:p>
        </w:tc>
        <w:tc>
          <w:tcPr>
            <w:tcW w:w="3400" w:type="dxa"/>
            <w:gridSpan w:val="2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061006DB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Assinatura: _______________</w:t>
            </w:r>
          </w:p>
        </w:tc>
        <w:tc>
          <w:tcPr>
            <w:tcW w:w="3400" w:type="dxa"/>
            <w:tcMar>
              <w:top w:w="95" w:type="dxa"/>
              <w:left w:w="155" w:type="dxa"/>
              <w:bottom w:w="10" w:type="dxa"/>
              <w:right w:w="70" w:type="dxa"/>
            </w:tcMar>
            <w:vAlign w:val="bottom"/>
          </w:tcPr>
          <w:p w14:paraId="2FE3B582" w14:textId="77777777" w:rsidR="00CC420E" w:rsidRDefault="00CC420E" w:rsidP="00B2494B">
            <w:pPr>
              <w:spacing w:line="240" w:lineRule="auto"/>
            </w:pPr>
            <w:r>
              <w:rPr>
                <w:rFonts w:eastAsia="Times New Roman"/>
                <w:sz w:val="20"/>
              </w:rPr>
              <w:t>Destino: ________________________</w:t>
            </w:r>
          </w:p>
        </w:tc>
      </w:tr>
    </w:tbl>
    <w:p w14:paraId="369AB9CB" w14:textId="03702EBA" w:rsidR="0013116C" w:rsidRPr="00CC420E" w:rsidRDefault="0013116C" w:rsidP="00CC420E">
      <w:pPr>
        <w:spacing w:after="200" w:line="240" w:lineRule="auto"/>
        <w:jc w:val="center"/>
        <w:rPr>
          <w:lang w:val="pt-BR"/>
        </w:rPr>
      </w:pPr>
    </w:p>
    <w:sectPr w:rsidR="0013116C" w:rsidRPr="00CC420E" w:rsidSect="00034616">
      <w:pgSz w:w="11906" w:h="16838"/>
      <w:pgMar w:top="595" w:right="850" w:bottom="510" w:left="850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0790459">
    <w:abstractNumId w:val="8"/>
  </w:num>
  <w:num w:numId="2" w16cid:durableId="605112639">
    <w:abstractNumId w:val="6"/>
  </w:num>
  <w:num w:numId="3" w16cid:durableId="1424455315">
    <w:abstractNumId w:val="5"/>
  </w:num>
  <w:num w:numId="4" w16cid:durableId="1731463099">
    <w:abstractNumId w:val="4"/>
  </w:num>
  <w:num w:numId="5" w16cid:durableId="1602298308">
    <w:abstractNumId w:val="7"/>
  </w:num>
  <w:num w:numId="6" w16cid:durableId="1522276786">
    <w:abstractNumId w:val="3"/>
  </w:num>
  <w:num w:numId="7" w16cid:durableId="448472186">
    <w:abstractNumId w:val="2"/>
  </w:num>
  <w:num w:numId="8" w16cid:durableId="420494687">
    <w:abstractNumId w:val="1"/>
  </w:num>
  <w:num w:numId="9" w16cid:durableId="1918636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16C"/>
    <w:rsid w:val="0015074B"/>
    <w:rsid w:val="00194B11"/>
    <w:rsid w:val="0029639D"/>
    <w:rsid w:val="00326F90"/>
    <w:rsid w:val="0035003B"/>
    <w:rsid w:val="004519A2"/>
    <w:rsid w:val="00AA1D8D"/>
    <w:rsid w:val="00B47730"/>
    <w:rsid w:val="00C10964"/>
    <w:rsid w:val="00CB0664"/>
    <w:rsid w:val="00CC420E"/>
    <w:rsid w:val="00D70283"/>
    <w:rsid w:val="00F3194E"/>
    <w:rsid w:val="00FA56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6342D"/>
  <w14:defaultImageDpi w14:val="300"/>
  <w15:docId w15:val="{98A25F75-AE58-4488-8E66-6165F338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A2"/>
    <w:pPr>
      <w:spacing w:after="0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Controle de Utilização de Veículo</vt:lpstr>
    </vt:vector>
  </TitlesOfParts>
  <Manager/>
  <Company/>
  <LinksUpToDate>false</LinksUpToDate>
  <CharactersWithSpaces>3368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Controle de Utilização de Veículo</dc:title>
  <dc:subject>Formulário de saída e retorno de veículo</dc:subject>
  <dc:creator>KLG</dc:creator>
  <cp:keywords>veículo, saída, retorno, controle</cp:keywords>
  <dc:description>generated by python-docx</dc:description>
  <cp:lastModifiedBy>KLG</cp:lastModifiedBy>
  <cp:revision>6</cp:revision>
  <cp:lastPrinted>2026-08-20T19:28:00Z</cp:lastPrinted>
  <dcterms:created xsi:type="dcterms:W3CDTF">2026-08-20T18:42:00Z</dcterms:created>
  <dcterms:modified xsi:type="dcterms:W3CDTF">2026-08-20T19:29:00Z</dcterms:modified>
  <cp:category/>
</cp:coreProperties>
</file>